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יוצרים קמפיין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בניית קמפיין מסר בטיחותי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קהל יעד, פורמט וסלוגן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מסר קצר ומשכנע מבוסס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הקבוצה שאליה מכוון המסר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להיות משפט קצר שקל לזכור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סרטון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כדי שהמסר יהיה משכנע ואמין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קסדה מפחיתה משמעותית את הסיכון לפגיעה בראש בתאונה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שני רוכבים על קורקינט אחד פוגעים בשיווי המשקל והשליטה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נראות טובה בלילה מפחיתה סיכון לתאונות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הסחת דעת ממסך מקטינה תשומת לב לסכנות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חגורה חשובה בכל נסיעה, גם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סלוגן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בהירים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נושא לפורמט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(פוסטר במסדרון)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(סרטון של 15 שניות)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(סטיקר לטלפון)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(הצגה קצרה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(שיחה עם חברים בכיתה)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הקמפיין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בחירת נושא הקמפיין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הגדרת קהל היעד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בחירת פורמט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ניסוח סלוגן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הוספת עובדה אחת משכנעת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יצירת כרטיס הקמפיין המוגמר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נושא ברור, קהל יעד מתאים, פורמט הגיוני, סלוגן קצר וממוקד ועובדה נכונה הקשורה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הגיוני המתייחס להרגלי הקהל ולדרך הכי יעילה להגיע אליו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נושא, קהל יעד, פורמט, סלוגן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רוב התאונות בלילה קורות כשהולך רגל לא נראה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סלוגן הוא המשפט, פורמט הוא הדרך להציג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קטנות ולתת לכל קבוצה נושא שונה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להציג את כרטיס הקמפיין בעל פה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דגש על כך שהעובדה המשכנעת צריכה להיות נכונה ולא מוגזמת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יוצרים קמפיין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קמפיין הוא דרך להעביר מסר חשוב. בדף הזה נתרגל איך בונים קמפיין קצר על זהירות בדרכים.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קמפיין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מתוכננת כדי להעביר מסר לקהל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קהל יעד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שאליה מכוון המסר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סלוגן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וקולע שקל לזכור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המרכזי שרוצים להעביר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פורמט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שבה מעבירים את המסר, למשל סרטון או פוסטר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נראות בלילה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היכולת של נהגים לראות הולכי רגל ורוכבים בחושך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שכנוע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עובדות וטיעונים כדי לשנות דעה או התנהגות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קהל היעד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הנושא של הקמפיין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הקבוצה שאליה מכוון המסר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הסלוגן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העובדה המשכנעת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סלוגן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להסביר את כל הנושא בפירוט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להיות משפט קצר שקל לזכור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הפורמט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להיות ארוך ומורכב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דוגמה לפורמט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 משכנעת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קהל יעד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סרטון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סלוגן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עובדה אמיתית חשובה?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שהסלוגן יהיה ארוך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שהמסר יהיה משכנע ואמין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להחליף את קהל היעד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באמת חשוב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קסדה מגנה על רוכב אופניים או קורקינט מפציעות ראש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רכיבה על קורקינט עם שני אנשים יחד בטוחה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לבישת בגדים בהירים או מחזירי אור עוזרת לנהגים לראות הולכי רגל בלילה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חצייה עם טלפון ביד ומבט במסך בטוחה כמו חצייה בלי מסך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חגורת בטיחות חשובה רק בנסיעות ארוכות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קמפיין טוב בוחר נושא אחד, קהל יעד, פורמט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הקבוצה שאליה מכוון המסר נקראת קהל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לשכנע קהל, כדאי להציג __________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רכיבה על אופניים או קורקינט דורשת שימוש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שנהגים יראו אתכם בחושך, כדאי ללבוש בגדים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נושא לפורמט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חצייה בלי מסך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סרטון של 15 שניות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קסדה בכל רכיבה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הצגה קצרה בהפסקה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לא רוכבים שניים על קורקינט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שיחה עם חברים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רואים ונראים בלילה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פוסטר במסדרון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אומרים לא ללחץ חברתי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סטיקר לטלפון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הקמפיין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הגדרת קהל היעד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יצירת כרטיס הקמפיין המוגמר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נושא הקמפיין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הוספת עובדה אחת משכנעת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ניסוח סלוגן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בחירת פורמט מתאים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אחד מתוך הרשימה, קהל יעד ופורמט, וכתבו סלוגן קצר עד שש מילים ועובדה אחת שתשכנע את הקהל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בחרתם דווקא בפורמט הזה עבור קהל היעד שבחרתם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השלבים בבניית קמפיין?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לעובדה שיכולה לשכנע בנושא נראות בלילה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סלוגן לפורמט?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יוצרים קמפיין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